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GOVERNANCE · VITALIS THERAPEUTICS INC.</w:t>
      </w:r>
    </w:p>
    <w:p>
      <w:r>
        <w:rPr>
          <w:b/>
          <w:color w:val="12304A"/>
          <w:sz w:val="44"/>
        </w:rPr>
        <w:t>SOW-WP1</w:t>
      </w:r>
    </w:p>
    <w:p>
      <w:r>
        <w:rPr>
          <w:i/>
          <w:color w:val="6B7280"/>
          <w:sz w:val="17"/>
        </w:rPr>
        <w:t>Vitalis Therapeutics Inc. · VitaFlow (VTX-401) · CRO Oversight Plan · status October 15, 2026. Fictional program; the regulatory framework described is real.</w:t>
      </w:r>
    </w:p>
    <w:p/>
    <w:p>
      <w:r>
        <w:t>Phase 2 clinical execution under the Master Services Agreement, with obligations transferred by written 21 CFR 312.52 schedule.</w:t>
      </w:r>
    </w:p>
    <w:p>
      <w:pPr>
        <w:spacing w:before="320"/>
      </w:pPr>
      <w:r>
        <w:rPr>
          <w:b/>
          <w:color w:val="12304A"/>
          <w:sz w:val="28"/>
        </w:rPr>
        <w:t>SOW-WP1 · Stage 3 · Phase 2 Execution</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Work package</w:t>
            </w:r>
          </w:p>
        </w:tc>
        <w:tc>
          <w:tcPr>
            <w:tcW w:type="dxa" w:w="4824"/>
          </w:tcPr>
          <w:p>
            <w:r>
              <w:rPr>
                <w:sz w:val="17"/>
              </w:rPr>
              <w:t>SOW-WP1 — Stage 3 — Phase 2 Execution</w:t>
            </w:r>
          </w:p>
        </w:tc>
      </w:tr>
      <w:tr>
        <w:tc>
          <w:tcPr>
            <w:tcW w:type="dxa" w:w="4824"/>
          </w:tcPr>
          <w:p>
            <w:r>
              <w:rPr>
                <w:sz w:val="17"/>
              </w:rPr>
              <w:t>Governing agreement</w:t>
            </w:r>
          </w:p>
        </w:tc>
        <w:tc>
          <w:tcPr>
            <w:tcW w:type="dxa" w:w="4824"/>
          </w:tcPr>
          <w:p>
            <w:r>
              <w:rPr>
                <w:sz w:val="17"/>
              </w:rPr>
              <w:t>Master Services Agreement between the parties — fixed price by work package, rate card annexed for change orders</w:t>
            </w:r>
          </w:p>
        </w:tc>
      </w:tr>
      <w:tr>
        <w:tc>
          <w:tcPr>
            <w:tcW w:type="dxa" w:w="4824"/>
          </w:tcPr>
          <w:p>
            <w:r>
              <w:rPr>
                <w:sz w:val="17"/>
              </w:rPr>
              <w:t>Sponsor</w:t>
            </w:r>
          </w:p>
        </w:tc>
        <w:tc>
          <w:tcPr>
            <w:tcW w:type="dxa" w:w="4824"/>
          </w:tcPr>
          <w:p>
            <w:r>
              <w:rPr>
                <w:sz w:val="17"/>
              </w:rPr>
              <w:t>Vitalis Therapeutics Inc. ("Sponsor")</w:t>
            </w:r>
          </w:p>
        </w:tc>
      </w:tr>
      <w:tr>
        <w:tc>
          <w:tcPr>
            <w:tcW w:type="dxa" w:w="4824"/>
          </w:tcPr>
          <w:p>
            <w:r>
              <w:rPr>
                <w:sz w:val="17"/>
              </w:rPr>
              <w:t>CRO</w:t>
            </w:r>
          </w:p>
        </w:tc>
        <w:tc>
          <w:tcPr>
            <w:tcW w:type="dxa" w:w="4824"/>
          </w:tcPr>
          <w:p>
            <w:r>
              <w:rPr>
                <w:sz w:val="17"/>
              </w:rPr>
              <w:t>Meridian Clinical Research ("CRO")</w:t>
            </w:r>
          </w:p>
        </w:tc>
      </w:tr>
      <w:tr>
        <w:tc>
          <w:tcPr>
            <w:tcW w:type="dxa" w:w="4824"/>
          </w:tcPr>
          <w:p>
            <w:r>
              <w:rPr>
                <w:sz w:val="17"/>
              </w:rPr>
              <w:t>Program</w:t>
            </w:r>
          </w:p>
        </w:tc>
        <w:tc>
          <w:tcPr>
            <w:tcW w:type="dxa" w:w="4824"/>
          </w:tcPr>
          <w:p>
            <w:r>
              <w:rPr>
                <w:sz w:val="17"/>
              </w:rPr>
              <w:t>VitaFlow (VTX-401)</w:t>
            </w:r>
          </w:p>
        </w:tc>
      </w:tr>
      <w:tr>
        <w:tc>
          <w:tcPr>
            <w:tcW w:type="dxa" w:w="4824"/>
          </w:tcPr>
          <w:p>
            <w:r>
              <w:rPr>
                <w:sz w:val="17"/>
              </w:rPr>
              <w:t>Sponsor program authority</w:t>
            </w:r>
          </w:p>
        </w:tc>
        <w:tc>
          <w:tcPr>
            <w:tcW w:type="dxa" w:w="4824"/>
          </w:tcPr>
          <w:p>
            <w:r>
              <w:rPr>
                <w:sz w:val="17"/>
              </w:rPr>
              <w:t>C. Tyrrell — Program Director</w:t>
            </w:r>
          </w:p>
        </w:tc>
      </w:tr>
      <w:tr>
        <w:tc>
          <w:tcPr>
            <w:tcW w:type="dxa" w:w="4824"/>
          </w:tcPr>
          <w:p>
            <w:r>
              <w:rPr>
                <w:sz w:val="17"/>
              </w:rPr>
              <w:t>Sponsor medical authority</w:t>
            </w:r>
          </w:p>
        </w:tc>
        <w:tc>
          <w:tcPr>
            <w:tcW w:type="dxa" w:w="4824"/>
          </w:tcPr>
          <w:p>
            <w:r>
              <w:rPr>
                <w:sz w:val="17"/>
              </w:rPr>
              <w:t>Dr. A. Okoye — Chief Medical Officer</w:t>
            </w:r>
          </w:p>
        </w:tc>
      </w:tr>
      <w:tr>
        <w:tc>
          <w:tcPr>
            <w:tcW w:type="dxa" w:w="4824"/>
          </w:tcPr>
          <w:p>
            <w:r>
              <w:rPr>
                <w:sz w:val="17"/>
              </w:rPr>
              <w:t>Value</w:t>
            </w:r>
          </w:p>
        </w:tc>
        <w:tc>
          <w:tcPr>
            <w:tcW w:type="dxa" w:w="4824"/>
          </w:tcPr>
          <w:p>
            <w:r>
              <w:rPr>
                <w:sz w:val="17"/>
              </w:rPr>
              <w:t>$22,400,000 — Authorized</w:t>
            </w:r>
          </w:p>
        </w:tc>
      </w:tr>
      <w:tr>
        <w:tc>
          <w:tcPr>
            <w:tcW w:type="dxa" w:w="4824"/>
          </w:tcPr>
          <w:p>
            <w:r>
              <w:rPr>
                <w:sz w:val="17"/>
              </w:rPr>
              <w:t>Release</w:t>
            </w:r>
          </w:p>
        </w:tc>
        <w:tc>
          <w:tcPr>
            <w:tcW w:type="dxa" w:w="4824"/>
          </w:tcPr>
          <w:p>
            <w:r>
              <w:rPr>
                <w:sz w:val="17"/>
              </w:rPr>
              <w:t>By notice at the gate opening the stage, against the released tranche</w:t>
            </w:r>
          </w:p>
        </w:tc>
      </w:tr>
    </w:tbl>
    <w:p/>
    <w:p>
      <w:pPr>
        <w:spacing w:before="200"/>
      </w:pPr>
      <w:r>
        <w:rPr>
          <w:b/>
          <w:color w:val="2B5F8E"/>
          <w:sz w:val="23"/>
        </w:rPr>
        <w:t>2 · Scope</w:t>
      </w:r>
    </w:p>
    <w:p>
      <w:r>
        <w:t>This work package covers execution of the Phase 2 study for VTX-401. The Sponsor holds the IND, owns the protocol and carries the safety reporting duty; the CRO runs the study. That division is not a preference — it follows the transfer schedule in section 11, and everything not listed there as transferred remains the Sponsor's.</w:t>
      </w:r>
    </w:p>
    <w:p>
      <w:r>
        <w:t>Phase 2 is where the program learns whether the compound does what the nonclinical package suggested. The commercial consequence is that scope definition matters more here than price: a Phase 2 study that has to be re-run costs the program a gate, not a line item.</w:t>
      </w:r>
    </w:p>
    <w:p>
      <w:r>
        <w:t>In scope. Site identification and qualification for Sponsor approval; site activation and initiation; risk-based monitoring under the agreed model; investigational product shipment and accountability; data management and query resolution; safety data collection and processing for onward Sponsor reporting; trial master file maintenance with Sponsor right of access; and the clinical study report for this study.</w:t>
      </w:r>
    </w:p>
    <w:p>
      <w:r>
        <w:t>Out of scope. IND maintenance and submissions, which are the Sponsor's as IND holder. Safety reporting to FDA and investigators — the CRO collects and processes, the reporting obligation stays with the Sponsor. Protocol interpretation. Selection of the general investigational plan. Central laboratory and bioanalytical services, contracted separately. Clinical supply manufacture, contracted separately.</w:t>
      </w:r>
    </w:p>
    <w:p>
      <w:r>
        <w:t>Anything not described in this section is out of scope, and under 312.52 anything not listed in the transfer schedule is not transferred. Those two sentences say different things and both apply.</w:t>
      </w:r>
    </w:p>
    <w:p>
      <w:pPr>
        <w:spacing w:before="200"/>
      </w:pPr>
      <w:r>
        <w:rPr>
          <w:b/>
          <w:color w:val="2B5F8E"/>
          <w:sz w:val="23"/>
        </w:rPr>
        <w:t>3 · Approach</w:t>
      </w:r>
    </w:p>
    <w:p>
      <w:r>
        <w:t>The work package is executed against the transfer schedule in section 11 rather than against custom. The CRO performs what has been transferred, the Sponsor performs what it retained, and where an obligation is shared the split is stated rather than assumed.</w:t>
      </w:r>
    </w:p>
    <w:p>
      <w:r>
        <w:t>Reporting is designed so that a problem is visible before it is expensive. Enrollment, monitoring completion and query age are reported on a fixed cadence, and protocol deviations are reported as a compliance obligation rather than a service level — the distinction matters, because a service level invites a tolerance band and a compliance obligation does not.</w:t>
      </w:r>
    </w:p>
    <w:p>
      <w:r>
        <w:t>SAE reconciliation is the one measure with no tolerance at all. Completeness is 100% or it is a finding. A reconciliation that is 98% complete is not 98% good; it means two percent of the safety picture is unaccounted for, and neither party can say which two percent.</w:t>
      </w:r>
    </w:p>
    <w:p>
      <w:r>
        <w:t>Audit and inspection readiness is continuous rather than prepared for. The Sponsor retains right of access to trial records at any time, without notice, and the CRO maintains them accordingly.</w:t>
      </w:r>
    </w:p>
    <w:p>
      <w:pPr>
        <w:spacing w:before="200"/>
      </w:pPr>
      <w:r>
        <w:rPr>
          <w:b/>
          <w:color w:val="2B5F8E"/>
          <w:sz w:val="23"/>
        </w:rPr>
        <w:t>4 · Delivery Phases</w:t>
      </w:r>
    </w:p>
    <w:p>
      <w:pPr>
        <w:spacing w:before="160"/>
      </w:pPr>
      <w:r>
        <w:rPr>
          <w:b/>
          <w:color w:val="12304A"/>
          <w:sz w:val="21"/>
        </w:rPr>
        <w:t>Phase A — Start-up</w:t>
      </w:r>
    </w:p>
    <w:p>
      <w:r>
        <w:t>Sites identified, qualified and activated before the first participant is approached.</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Identify and qualify candidate sites against the protocol.</w:t>
            </w:r>
          </w:p>
        </w:tc>
      </w:tr>
      <w:tr>
        <w:tc>
          <w:tcPr>
            <w:tcW w:type="dxa" w:w="9648"/>
          </w:tcPr>
          <w:p>
            <w:r>
              <w:rPr>
                <w:sz w:val="17"/>
              </w:rPr>
              <w:t>Submit the proposed site list for Sponsor approval.</w:t>
            </w:r>
          </w:p>
        </w:tc>
      </w:tr>
      <w:tr>
        <w:tc>
          <w:tcPr>
            <w:tcW w:type="dxa" w:w="9648"/>
          </w:tcPr>
          <w:p>
            <w:r>
              <w:rPr>
                <w:sz w:val="17"/>
              </w:rPr>
              <w:t>Execute clinical trial agreements and site activation.</w:t>
            </w:r>
          </w:p>
        </w:tc>
      </w:tr>
      <w:tr>
        <w:tc>
          <w:tcPr>
            <w:tcW w:type="dxa" w:w="9648"/>
          </w:tcPr>
          <w:p>
            <w:r>
              <w:rPr>
                <w:sz w:val="17"/>
              </w:rPr>
              <w:t>Complete site initiation visits and document training.</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D-W1</w:t>
            </w:r>
          </w:p>
        </w:tc>
        <w:tc>
          <w:tcPr>
            <w:tcW w:type="dxa" w:w="2412"/>
          </w:tcPr>
          <w:p>
            <w:r>
              <w:rPr>
                <w:sz w:val="17"/>
              </w:rPr>
              <w:t>Approved site list and activation record</w:t>
            </w:r>
          </w:p>
        </w:tc>
        <w:tc>
          <w:tcPr>
            <w:tcW w:type="dxa" w:w="2412"/>
          </w:tcPr>
          <w:p>
            <w:r>
              <w:rPr>
                <w:sz w:val="17"/>
              </w:rPr>
              <w:t>Sites qualified against protocol criteria, the final list approved in writing by the Sponsor, and initiation visits documented for every activated site.</w:t>
            </w:r>
          </w:p>
        </w:tc>
        <w:tc>
          <w:tcPr>
            <w:tcW w:type="dxa" w:w="2412"/>
          </w:tcPr>
          <w:p>
            <w:r>
              <w:rPr>
                <w:sz w:val="17"/>
              </w:rPr>
              <w:t>10 BD</w:t>
            </w:r>
          </w:p>
        </w:tc>
      </w:tr>
    </w:tbl>
    <w:p/>
    <w:p>
      <w:pPr>
        <w:spacing w:before="160"/>
      </w:pPr>
      <w:r>
        <w:rPr>
          <w:b/>
          <w:color w:val="12304A"/>
          <w:sz w:val="21"/>
        </w:rPr>
        <w:t>Phase B — Conduct</w:t>
      </w:r>
    </w:p>
    <w:p>
      <w:r>
        <w:t>The study run under the risk-based monitoring model, with data and safety flowing on the agreed cadence.</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Monitor under the agreed risk-based model.</w:t>
            </w:r>
          </w:p>
        </w:tc>
      </w:tr>
      <w:tr>
        <w:tc>
          <w:tcPr>
            <w:tcW w:type="dxa" w:w="9648"/>
          </w:tcPr>
          <w:p>
            <w:r>
              <w:rPr>
                <w:sz w:val="17"/>
              </w:rPr>
              <w:t>Ship investigational product and maintain accountability records.</w:t>
            </w:r>
          </w:p>
        </w:tc>
      </w:tr>
      <w:tr>
        <w:tc>
          <w:tcPr>
            <w:tcW w:type="dxa" w:w="9648"/>
          </w:tcPr>
          <w:p>
            <w:r>
              <w:rPr>
                <w:sz w:val="17"/>
              </w:rPr>
              <w:t>Manage data capture and resolve queries within the agreed cycle.</w:t>
            </w:r>
          </w:p>
        </w:tc>
      </w:tr>
      <w:tr>
        <w:tc>
          <w:tcPr>
            <w:tcW w:type="dxa" w:w="9648"/>
          </w:tcPr>
          <w:p>
            <w:r>
              <w:rPr>
                <w:sz w:val="17"/>
              </w:rPr>
              <w:t>Collect and process safety data for onward Sponsor reporting.</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D-W2</w:t>
            </w:r>
          </w:p>
        </w:tc>
        <w:tc>
          <w:tcPr>
            <w:tcW w:type="dxa" w:w="2412"/>
          </w:tcPr>
          <w:p>
            <w:r>
              <w:rPr>
                <w:sz w:val="17"/>
              </w:rPr>
              <w:t>Monitoring and data status reporting</w:t>
            </w:r>
          </w:p>
        </w:tc>
        <w:tc>
          <w:tcPr>
            <w:tcW w:type="dxa" w:w="2412"/>
          </w:tcPr>
          <w:p>
            <w:r>
              <w:rPr>
                <w:sz w:val="17"/>
              </w:rPr>
              <w:t>Enrollment against plan, monitoring visits completed against schedule, open queries by age, and protocol deviations — deviation reporting is a compliance obligation, not a service level.</w:t>
            </w:r>
          </w:p>
        </w:tc>
        <w:tc>
          <w:tcPr>
            <w:tcW w:type="dxa" w:w="2412"/>
          </w:tcPr>
          <w:p>
            <w:r>
              <w:rPr>
                <w:sz w:val="17"/>
              </w:rPr>
              <w:t>5 BD</w:t>
            </w:r>
          </w:p>
        </w:tc>
      </w:tr>
      <w:tr>
        <w:tc>
          <w:tcPr>
            <w:tcW w:type="dxa" w:w="2412"/>
          </w:tcPr>
          <w:p>
            <w:r>
              <w:rPr>
                <w:sz w:val="17"/>
              </w:rPr>
              <w:t>D-W3</w:t>
            </w:r>
          </w:p>
        </w:tc>
        <w:tc>
          <w:tcPr>
            <w:tcW w:type="dxa" w:w="2412"/>
          </w:tcPr>
          <w:p>
            <w:r>
              <w:rPr>
                <w:sz w:val="17"/>
              </w:rPr>
              <w:t>SAE reconciliation</w:t>
            </w:r>
          </w:p>
        </w:tc>
        <w:tc>
          <w:tcPr>
            <w:tcW w:type="dxa" w:w="2412"/>
          </w:tcPr>
          <w:p>
            <w:r>
              <w:rPr>
                <w:sz w:val="17"/>
              </w:rPr>
              <w:t>Reconciliation between the clinical and safety databases. ⚠ Completeness is 100% or it is a finding; there is no tolerance band and no deemed acceptance.</w:t>
            </w:r>
          </w:p>
        </w:tc>
        <w:tc>
          <w:tcPr>
            <w:tcW w:type="dxa" w:w="2412"/>
          </w:tcPr>
          <w:p>
            <w:r>
              <w:rPr>
                <w:sz w:val="17"/>
              </w:rPr>
              <w:t>5 BD</w:t>
            </w:r>
          </w:p>
        </w:tc>
      </w:tr>
    </w:tbl>
    <w:p/>
    <w:p>
      <w:pPr>
        <w:spacing w:before="160"/>
      </w:pPr>
      <w:r>
        <w:rPr>
          <w:b/>
          <w:color w:val="12304A"/>
          <w:sz w:val="21"/>
        </w:rPr>
        <w:t>Phase C — Database lock and report</w:t>
      </w:r>
    </w:p>
    <w:p>
      <w:r>
        <w:t>The study closed out to a locked database and a clinical study report the Sponsor can file against.</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Resolve outstanding queries and freeze the database.</w:t>
            </w:r>
          </w:p>
        </w:tc>
      </w:tr>
      <w:tr>
        <w:tc>
          <w:tcPr>
            <w:tcW w:type="dxa" w:w="9648"/>
          </w:tcPr>
          <w:p>
            <w:r>
              <w:rPr>
                <w:sz w:val="17"/>
              </w:rPr>
              <w:t>Complete final SAE reconciliation before lock.</w:t>
            </w:r>
          </w:p>
        </w:tc>
      </w:tr>
      <w:tr>
        <w:tc>
          <w:tcPr>
            <w:tcW w:type="dxa" w:w="9648"/>
          </w:tcPr>
          <w:p>
            <w:r>
              <w:rPr>
                <w:sz w:val="17"/>
              </w:rPr>
              <w:t>Lock the database with Sponsor concurrence.</w:t>
            </w:r>
          </w:p>
        </w:tc>
      </w:tr>
      <w:tr>
        <w:tc>
          <w:tcPr>
            <w:tcW w:type="dxa" w:w="9648"/>
          </w:tcPr>
          <w:p>
            <w:r>
              <w:rPr>
                <w:sz w:val="17"/>
              </w:rPr>
              <w:t>Deliver the clinical study report for Sponsor review.</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D-W4</w:t>
            </w:r>
          </w:p>
        </w:tc>
        <w:tc>
          <w:tcPr>
            <w:tcW w:type="dxa" w:w="2412"/>
          </w:tcPr>
          <w:p>
            <w:r>
              <w:rPr>
                <w:sz w:val="17"/>
              </w:rPr>
              <w:t>Database lock</w:t>
            </w:r>
          </w:p>
        </w:tc>
        <w:tc>
          <w:tcPr>
            <w:tcW w:type="dxa" w:w="2412"/>
          </w:tcPr>
          <w:p>
            <w:r>
              <w:rPr>
                <w:sz w:val="17"/>
              </w:rPr>
              <w:t>All queries resolved or dispositioned, final SAE reconciliation complete, lock executed with written Sponsor concurrence.</w:t>
            </w:r>
          </w:p>
        </w:tc>
        <w:tc>
          <w:tcPr>
            <w:tcW w:type="dxa" w:w="2412"/>
          </w:tcPr>
          <w:p>
            <w:r>
              <w:rPr>
                <w:sz w:val="17"/>
              </w:rPr>
              <w:t>10 BD</w:t>
            </w:r>
          </w:p>
        </w:tc>
      </w:tr>
      <w:tr>
        <w:tc>
          <w:tcPr>
            <w:tcW w:type="dxa" w:w="2412"/>
          </w:tcPr>
          <w:p>
            <w:r>
              <w:rPr>
                <w:sz w:val="17"/>
              </w:rPr>
              <w:t>D-W5</w:t>
            </w:r>
          </w:p>
        </w:tc>
        <w:tc>
          <w:tcPr>
            <w:tcW w:type="dxa" w:w="2412"/>
          </w:tcPr>
          <w:p>
            <w:r>
              <w:rPr>
                <w:sz w:val="17"/>
              </w:rPr>
              <w:t>Clinical study report</w:t>
            </w:r>
          </w:p>
        </w:tc>
        <w:tc>
          <w:tcPr>
            <w:tcW w:type="dxa" w:w="2412"/>
          </w:tcPr>
          <w:p>
            <w:r>
              <w:rPr>
                <w:sz w:val="17"/>
              </w:rPr>
              <w:t>CSR delivered in the agreed format, consistent with the locked database and suitable for inclusion in a regulatory submission.</w:t>
            </w:r>
          </w:p>
        </w:tc>
        <w:tc>
          <w:tcPr>
            <w:tcW w:type="dxa" w:w="2412"/>
          </w:tcPr>
          <w:p>
            <w:r>
              <w:rPr>
                <w:sz w:val="17"/>
              </w:rPr>
              <w:t>20 BD</w:t>
            </w:r>
          </w:p>
        </w:tc>
      </w:tr>
    </w:tbl>
    <w:p/>
    <w:p>
      <w:pPr>
        <w:spacing w:before="200"/>
      </w:pPr>
      <w:r>
        <w:rPr>
          <w:b/>
          <w:color w:val="2B5F8E"/>
          <w:sz w:val="23"/>
        </w:rPr>
        <w:t>5 · Acceptance</w:t>
      </w:r>
    </w:p>
    <w:p>
      <w:r>
        <w:t>Each Deliverable is submitted with the evidence its acceptance criteria call for. The Sponsor has the stated Review Period to accept, or to reject in writing with specific, criterion-by-criterion reasons. Silence for the whole Review Period is acceptance — deemed acceptance.</w:t>
      </w:r>
    </w:p>
    <w:p>
      <w:r>
        <w:t>⚠⚠ Deemed acceptance applies to deliverable documents only. It does not apply to any obligation the transfer schedule retains for the Sponsor, and it does not apply to SAE reconciliation: completeness is 100% or it is a finding, which leaves no tolerance band for silence to run against. Protocol deviation reporting is likewise a compliance obligation rather than a service level, and does not become acceptable by the passage of a review period.</w:t>
      </w:r>
    </w:p>
    <w:p>
      <w:pPr>
        <w:spacing w:before="200"/>
      </w:pPr>
      <w:r>
        <w:rPr>
          <w:b/>
          <w:color w:val="2B5F8E"/>
          <w:sz w:val="23"/>
        </w:rPr>
        <w:t>6 · Timeline and Resourcing</w:t>
      </w:r>
    </w:p>
    <w:p>
      <w:r>
        <w:t>Work packages are released by notice at the gate opening their stage, and work is staged to tranches: an unreleased tranche is not authority to proceed. The table below shows who is involved on each side. Sponsor effort is not charged under this Statement of Work; it is shown because the CRO's obligations depend on it, and because several of these roles hold duties the transfer schedule explicitly retains.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Program Director</w:t>
            </w:r>
          </w:p>
        </w:tc>
        <w:tc>
          <w:tcPr>
            <w:tcW w:type="dxa" w:w="2412"/>
          </w:tcPr>
          <w:p>
            <w:r>
              <w:rPr>
                <w:sz w:val="17"/>
              </w:rPr>
              <w:t>Chairs the Development Committee; owns the stage gate and the tranche release</w:t>
            </w:r>
          </w:p>
        </w:tc>
        <w:tc>
          <w:tcPr>
            <w:tcW w:type="dxa" w:w="2412"/>
          </w:tcPr>
          <w:p>
            <w:r>
              <w:rPr>
                <w:sz w:val="17"/>
              </w:rPr>
              <w:t>Per resource plan</w:t>
            </w:r>
          </w:p>
        </w:tc>
        <w:tc>
          <w:tcPr>
            <w:tcW w:type="dxa" w:w="2412"/>
          </w:tcPr>
          <w:p>
            <w:r>
              <w:rPr>
                <w:sz w:val="17"/>
              </w:rPr>
              <w:t>Sponsor — C. Tyrrell</w:t>
            </w:r>
          </w:p>
        </w:tc>
      </w:tr>
      <w:tr>
        <w:tc>
          <w:tcPr>
            <w:tcW w:type="dxa" w:w="2412"/>
          </w:tcPr>
          <w:p>
            <w:r>
              <w:rPr>
                <w:sz w:val="17"/>
              </w:rPr>
              <w:t>Chief Medical Officer</w:t>
            </w:r>
          </w:p>
        </w:tc>
        <w:tc>
          <w:tcPr>
            <w:tcW w:type="dxa" w:w="2412"/>
          </w:tcPr>
          <w:p>
            <w:r>
              <w:rPr>
                <w:sz w:val="17"/>
              </w:rPr>
              <w:t>Executive Sponsor; medical monitor authority and safety decisions</w:t>
            </w:r>
          </w:p>
        </w:tc>
        <w:tc>
          <w:tcPr>
            <w:tcW w:type="dxa" w:w="2412"/>
          </w:tcPr>
          <w:p>
            <w:r>
              <w:rPr>
                <w:sz w:val="17"/>
              </w:rPr>
              <w:t>Per resource plan</w:t>
            </w:r>
          </w:p>
        </w:tc>
        <w:tc>
          <w:tcPr>
            <w:tcW w:type="dxa" w:w="2412"/>
          </w:tcPr>
          <w:p>
            <w:r>
              <w:rPr>
                <w:sz w:val="17"/>
              </w:rPr>
              <w:t>Sponsor — Dr. A. Okoye</w:t>
            </w:r>
          </w:p>
        </w:tc>
      </w:tr>
      <w:tr>
        <w:tc>
          <w:tcPr>
            <w:tcW w:type="dxa" w:w="2412"/>
          </w:tcPr>
          <w:p>
            <w:r>
              <w:rPr>
                <w:sz w:val="17"/>
              </w:rPr>
              <w:t>Clinical Development</w:t>
            </w:r>
          </w:p>
        </w:tc>
        <w:tc>
          <w:tcPr>
            <w:tcW w:type="dxa" w:w="2412"/>
          </w:tcPr>
          <w:p>
            <w:r>
              <w:rPr>
                <w:sz w:val="17"/>
              </w:rPr>
              <w:t>Protocol interpretation — a retained obligation</w:t>
            </w:r>
          </w:p>
        </w:tc>
        <w:tc>
          <w:tcPr>
            <w:tcW w:type="dxa" w:w="2412"/>
          </w:tcPr>
          <w:p>
            <w:r>
              <w:rPr>
                <w:sz w:val="17"/>
              </w:rPr>
              <w:t>Per resource plan</w:t>
            </w:r>
          </w:p>
        </w:tc>
        <w:tc>
          <w:tcPr>
            <w:tcW w:type="dxa" w:w="2412"/>
          </w:tcPr>
          <w:p>
            <w:r>
              <w:rPr>
                <w:sz w:val="17"/>
              </w:rPr>
              <w:t>Sponsor — Dr. S. Aldridge</w:t>
            </w:r>
          </w:p>
        </w:tc>
      </w:tr>
      <w:tr>
        <w:tc>
          <w:tcPr>
            <w:tcW w:type="dxa" w:w="2412"/>
          </w:tcPr>
          <w:p>
            <w:r>
              <w:rPr>
                <w:sz w:val="17"/>
              </w:rPr>
              <w:t>Pharmacovigilance &amp; Drug Safety</w:t>
            </w:r>
          </w:p>
        </w:tc>
        <w:tc>
          <w:tcPr>
            <w:tcW w:type="dxa" w:w="2412"/>
          </w:tcPr>
          <w:p>
            <w:r>
              <w:rPr>
                <w:sz w:val="17"/>
              </w:rPr>
              <w:t>Safety reporting to FDA and investigators — retained under 312.32</w:t>
            </w:r>
          </w:p>
        </w:tc>
        <w:tc>
          <w:tcPr>
            <w:tcW w:type="dxa" w:w="2412"/>
          </w:tcPr>
          <w:p>
            <w:r>
              <w:rPr>
                <w:sz w:val="17"/>
              </w:rPr>
              <w:t>Per resource plan</w:t>
            </w:r>
          </w:p>
        </w:tc>
        <w:tc>
          <w:tcPr>
            <w:tcW w:type="dxa" w:w="2412"/>
          </w:tcPr>
          <w:p>
            <w:r>
              <w:rPr>
                <w:sz w:val="17"/>
              </w:rPr>
              <w:t>Sponsor — Dr. N. Halloran</w:t>
            </w:r>
          </w:p>
        </w:tc>
      </w:tr>
      <w:tr>
        <w:tc>
          <w:tcPr>
            <w:tcW w:type="dxa" w:w="2412"/>
          </w:tcPr>
          <w:p>
            <w:r>
              <w:rPr>
                <w:sz w:val="17"/>
              </w:rPr>
              <w:t>SVP, Regulatory Strategy</w:t>
            </w:r>
          </w:p>
        </w:tc>
        <w:tc>
          <w:tcPr>
            <w:tcW w:type="dxa" w:w="2412"/>
          </w:tcPr>
          <w:p>
            <w:r>
              <w:rPr>
                <w:sz w:val="17"/>
              </w:rPr>
              <w:t>IND maintenance and submissions — retained under 312.31 / 312.33</w:t>
            </w:r>
          </w:p>
        </w:tc>
        <w:tc>
          <w:tcPr>
            <w:tcW w:type="dxa" w:w="2412"/>
          </w:tcPr>
          <w:p>
            <w:r>
              <w:rPr>
                <w:sz w:val="17"/>
              </w:rPr>
              <w:t>Per resource plan</w:t>
            </w:r>
          </w:p>
        </w:tc>
        <w:tc>
          <w:tcPr>
            <w:tcW w:type="dxa" w:w="2412"/>
          </w:tcPr>
          <w:p>
            <w:r>
              <w:rPr>
                <w:sz w:val="17"/>
              </w:rPr>
              <w:t>Sponsor — Dr. P. Raghunathan</w:t>
            </w:r>
          </w:p>
        </w:tc>
      </w:tr>
      <w:tr>
        <w:tc>
          <w:tcPr>
            <w:tcW w:type="dxa" w:w="2412"/>
          </w:tcPr>
          <w:p>
            <w:r>
              <w:rPr>
                <w:sz w:val="17"/>
              </w:rPr>
              <w:t>Chief Quality Officer</w:t>
            </w:r>
          </w:p>
        </w:tc>
        <w:tc>
          <w:tcPr>
            <w:tcW w:type="dxa" w:w="2412"/>
          </w:tcPr>
          <w:p>
            <w:r>
              <w:rPr>
                <w:sz w:val="17"/>
              </w:rPr>
              <w:t>Audit and inspection readiness; Committee observer</w:t>
            </w:r>
          </w:p>
        </w:tc>
        <w:tc>
          <w:tcPr>
            <w:tcW w:type="dxa" w:w="2412"/>
          </w:tcPr>
          <w:p>
            <w:r>
              <w:rPr>
                <w:sz w:val="17"/>
              </w:rPr>
              <w:t>Per resource plan</w:t>
            </w:r>
          </w:p>
        </w:tc>
        <w:tc>
          <w:tcPr>
            <w:tcW w:type="dxa" w:w="2412"/>
          </w:tcPr>
          <w:p>
            <w:r>
              <w:rPr>
                <w:sz w:val="17"/>
              </w:rPr>
              <w:t>Sponsor — Dr. I. Solberg</w:t>
            </w:r>
          </w:p>
        </w:tc>
      </w:tr>
      <w:tr>
        <w:tc>
          <w:tcPr>
            <w:tcW w:type="dxa" w:w="2412"/>
          </w:tcPr>
          <w:p>
            <w:r>
              <w:rPr>
                <w:sz w:val="17"/>
              </w:rPr>
              <w:t>Program Management Office</w:t>
            </w:r>
          </w:p>
        </w:tc>
        <w:tc>
          <w:tcPr>
            <w:tcW w:type="dxa" w:w="2412"/>
          </w:tcPr>
          <w:p>
            <w:r>
              <w:rPr>
                <w:sz w:val="17"/>
              </w:rPr>
              <w:t>Deliverable acceptance tracking and change-order administration</w:t>
            </w:r>
          </w:p>
        </w:tc>
        <w:tc>
          <w:tcPr>
            <w:tcW w:type="dxa" w:w="2412"/>
          </w:tcPr>
          <w:p>
            <w:r>
              <w:rPr>
                <w:sz w:val="17"/>
              </w:rPr>
              <w:t>Per resource plan</w:t>
            </w:r>
          </w:p>
        </w:tc>
        <w:tc>
          <w:tcPr>
            <w:tcW w:type="dxa" w:w="2412"/>
          </w:tcPr>
          <w:p>
            <w:r>
              <w:rPr>
                <w:sz w:val="17"/>
              </w:rPr>
              <w:t>Sponsor — T. Nakashima</w:t>
            </w:r>
          </w:p>
        </w:tc>
      </w:tr>
      <w:tr>
        <w:tc>
          <w:tcPr>
            <w:tcW w:type="dxa" w:w="2412"/>
          </w:tcPr>
          <w:p>
            <w:r>
              <w:rPr>
                <w:sz w:val="17"/>
              </w:rPr>
              <w:t>CRO project lead</w:t>
            </w:r>
          </w:p>
        </w:tc>
        <w:tc>
          <w:tcPr>
            <w:tcW w:type="dxa" w:w="2412"/>
          </w:tcPr>
          <w:p>
            <w:r>
              <w:rPr>
                <w:sz w:val="17"/>
              </w:rPr>
              <w:t>Single point of contact; owns delivery of this work package</w:t>
            </w:r>
          </w:p>
        </w:tc>
        <w:tc>
          <w:tcPr>
            <w:tcW w:type="dxa" w:w="2412"/>
          </w:tcPr>
          <w:p>
            <w:r>
              <w:rPr>
                <w:sz w:val="17"/>
              </w:rPr>
              <w:t>Named on release</w:t>
            </w:r>
          </w:p>
        </w:tc>
        <w:tc>
          <w:tcPr>
            <w:tcW w:type="dxa" w:w="2412"/>
          </w:tcPr>
          <w:p>
            <w:r>
              <w:rPr>
                <w:sz w:val="17"/>
              </w:rPr>
              <w:t>CRO — Meridian</w:t>
            </w:r>
          </w:p>
        </w:tc>
      </w:tr>
      <w:tr>
        <w:tc>
          <w:tcPr>
            <w:tcW w:type="dxa" w:w="2412"/>
          </w:tcPr>
          <w:p>
            <w:r>
              <w:rPr>
                <w:sz w:val="17"/>
              </w:rPr>
              <w:t>CRO clinical operations</w:t>
            </w:r>
          </w:p>
        </w:tc>
        <w:tc>
          <w:tcPr>
            <w:tcW w:type="dxa" w:w="2412"/>
          </w:tcPr>
          <w:p>
            <w:r>
              <w:rPr>
                <w:sz w:val="17"/>
              </w:rPr>
              <w:t>Site management, monitoring and data management</w:t>
            </w:r>
          </w:p>
        </w:tc>
        <w:tc>
          <w:tcPr>
            <w:tcW w:type="dxa" w:w="2412"/>
          </w:tcPr>
          <w:p>
            <w:r>
              <w:rPr>
                <w:sz w:val="17"/>
              </w:rPr>
              <w:t>Named on release</w:t>
            </w:r>
          </w:p>
        </w:tc>
        <w:tc>
          <w:tcPr>
            <w:tcW w:type="dxa" w:w="2412"/>
          </w:tcPr>
          <w:p>
            <w:r>
              <w:rPr>
                <w:sz w:val="17"/>
              </w:rPr>
              <w:t>CRO — Meridian</w:t>
            </w:r>
          </w:p>
        </w:tc>
      </w:tr>
    </w:tbl>
    <w:p/>
    <w:p>
      <w:pPr>
        <w:spacing w:before="200"/>
      </w:pPr>
      <w:r>
        <w:rPr>
          <w:b/>
          <w:color w:val="2B5F8E"/>
          <w:sz w:val="23"/>
        </w:rPr>
        <w:t>7 · Price and Payment</w:t>
      </w:r>
    </w:p>
    <w:p>
      <w:r>
        <w:t>Fixed price of $22,400,000 for this work package, payable against accepted Deliverables. The rate card annexed to the MSA governs any change order.</w:t>
      </w:r>
    </w:p>
    <w:p>
      <w:pPr>
        <w:pStyle w:val="ListBullet"/>
      </w:pPr>
      <w:r>
        <w:t>20% on acceptance of D-W1 — approved site list and activation.</w:t>
      </w:r>
    </w:p>
    <w:p>
      <w:pPr>
        <w:pStyle w:val="ListBullet"/>
      </w:pPr>
      <w:r>
        <w:t>40% across the conduct period against accepted D-W2 reporting.</w:t>
      </w:r>
    </w:p>
    <w:p>
      <w:pPr>
        <w:pStyle w:val="ListBullet"/>
      </w:pPr>
      <w:r>
        <w:t>20% on acceptance of D-W4 — database lock.</w:t>
      </w:r>
    </w:p>
    <w:p>
      <w:pPr>
        <w:pStyle w:val="ListBullet"/>
      </w:pPr>
      <w:r>
        <w:t>20% on acceptance of D-W5 — clinical study report.</w:t>
      </w:r>
    </w:p>
    <w:p>
      <w:r>
        <w:t>⚠ No payment is contingent on a study outcome. A negative result is a correct result, and paying for one differently would corrupt the data the program is buying.</w:t>
      </w:r>
    </w:p>
    <w:p>
      <w:pPr>
        <w:spacing w:before="200"/>
      </w:pPr>
      <w:r>
        <w:rPr>
          <w:b/>
          <w:color w:val="2B5F8E"/>
          <w:sz w:val="23"/>
        </w:rPr>
        <w:t>8 · Assumptions</w:t>
      </w:r>
    </w:p>
    <w:p>
      <w:r>
        <w:t>The price and the stage schedule rest on the following. Each is stated so that its failure is visible rather than argued about later; where one fails, the consequence is handled under Change Orders.</w:t>
      </w:r>
    </w:p>
    <w:p>
      <w:pPr>
        <w:pStyle w:val="ListBullet"/>
      </w:pPr>
      <w:r>
        <w:t>The protocol is final and approved before start-up begins. An amendment after site activation is a change order priced against the rate card.</w:t>
      </w:r>
    </w:p>
    <w:p>
      <w:pPr>
        <w:pStyle w:val="ListBullet"/>
      </w:pPr>
      <w:r>
        <w:t>The Sponsor approves the final site list within ten Business Days of submission; activation dates move day-for-day with any delay.</w:t>
      </w:r>
    </w:p>
    <w:p>
      <w:pPr>
        <w:pStyle w:val="ListBullet"/>
      </w:pPr>
      <w:r>
        <w:t>Clinical supply is available per the separately contracted supply agreement. The CRO ships and accounts for it but does not manufacture it.</w:t>
      </w:r>
    </w:p>
    <w:p>
      <w:pPr>
        <w:pStyle w:val="ListBullet"/>
      </w:pPr>
      <w:r>
        <w:t>Central laboratory services are available per the separately contracted laboratory agreement.</w:t>
      </w:r>
    </w:p>
    <w:p>
      <w:pPr>
        <w:pStyle w:val="ListBullet"/>
      </w:pPr>
      <w:r>
        <w:t>The Sponsor's medical monitor is available for safety queries within one Business Day.</w:t>
      </w:r>
    </w:p>
    <w:p>
      <w:pPr>
        <w:pStyle w:val="ListBullet"/>
      </w:pPr>
      <w:r>
        <w:t>The Stage 3 tranche is released. Work is staged to tranches, and an unreleased tranche is not authority to proceed.</w:t>
      </w:r>
    </w:p>
    <w:p>
      <w:pPr>
        <w:spacing w:before="200"/>
      </w:pPr>
      <w:r>
        <w:rPr>
          <w:b/>
          <w:color w:val="2B5F8E"/>
          <w:sz w:val="23"/>
        </w:rPr>
        <w:t>9 · Change Orders</w:t>
      </w:r>
    </w:p>
    <w:p>
      <w:r>
        <w:t>Either party may propose a change order. The CRO prices it against the rate card annexed to the MSA within ten Business Days, stating the effect on price, on the stage schedule, and on any other Deliverable. No change order takes effect until both parties sign.</w:t>
      </w:r>
    </w:p>
    <w:p>
      <w:r>
        <w:t>⭐ Fixed price does not mean the Sponsor has stopped carrying risk — it means the Sponsor has concentrated its risk in scope definition. The program has approved four change orders totaling $3,100,000 against these work packages, with one further in dispute. That is the model working rather than failing: each one marks a place where the Sponsor's scope moved, and the fixed price made the movement visible and priced. A time-and-materials contract would have absorbed the same changes silently.</w:t>
      </w:r>
    </w:p>
    <w:p>
      <w:r>
        <w:t>⚠ A change that would alter which regulatory obligations are transferred is never a change order. It requires an amended written transfer under 312.52 — the schedule is not a commercial term to be traded.</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Sponsor's receipt, during which the Sponsor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 Applies to documents only — see section 5.</w:t>
            </w:r>
          </w:p>
        </w:tc>
      </w:tr>
      <w:tr>
        <w:tc>
          <w:tcPr>
            <w:tcW w:type="dxa" w:w="4824"/>
          </w:tcPr>
          <w:p>
            <w:r>
              <w:rPr>
                <w:sz w:val="17"/>
              </w:rPr>
              <w:t>Transferred obligation</w:t>
            </w:r>
          </w:p>
        </w:tc>
        <w:tc>
          <w:tcPr>
            <w:tcW w:type="dxa" w:w="4824"/>
          </w:tcPr>
          <w:p>
            <w:r>
              <w:rPr>
                <w:sz w:val="17"/>
              </w:rPr>
              <w:t>A regulatory duty moved to the CRO by written transfer under 21 CFR 312.52. Anything not so listed is retained by the Sponsor.</w:t>
            </w:r>
          </w:p>
        </w:tc>
      </w:tr>
      <w:tr>
        <w:tc>
          <w:tcPr>
            <w:tcW w:type="dxa" w:w="4824"/>
          </w:tcPr>
          <w:p>
            <w:r>
              <w:rPr>
                <w:sz w:val="17"/>
              </w:rPr>
              <w:t>Work package</w:t>
            </w:r>
          </w:p>
        </w:tc>
        <w:tc>
          <w:tcPr>
            <w:tcW w:type="dxa" w:w="4824"/>
          </w:tcPr>
          <w:p>
            <w:r>
              <w:rPr>
                <w:sz w:val="17"/>
              </w:rPr>
              <w:t>One of three fixed-price scopes under the MSA, released by notice at the gate opening its stage.</w:t>
            </w:r>
          </w:p>
        </w:tc>
      </w:tr>
      <w:tr>
        <w:tc>
          <w:tcPr>
            <w:tcW w:type="dxa" w:w="4824"/>
          </w:tcPr>
          <w:p>
            <w:r>
              <w:rPr>
                <w:sz w:val="17"/>
              </w:rPr>
              <w:t>Tranche release</w:t>
            </w:r>
          </w:p>
        </w:tc>
        <w:tc>
          <w:tcPr>
            <w:tcW w:type="dxa" w:w="4824"/>
          </w:tcPr>
          <w:p>
            <w:r>
              <w:rPr>
                <w:sz w:val="17"/>
              </w:rPr>
              <w:t>The Sponsor's release of funding authority at a gate. A work package is not authorized until its tranche is released.</w:t>
            </w:r>
          </w:p>
        </w:tc>
      </w:tr>
    </w:tbl>
    <w:p/>
    <w:p>
      <w:pPr>
        <w:spacing w:before="200"/>
      </w:pPr>
      <w:r>
        <w:rPr>
          <w:b/>
          <w:color w:val="2B5F8E"/>
          <w:sz w:val="23"/>
        </w:rPr>
        <w:t>11 · Transfer of Regulatory Obligations (21 CFR 312.52)</w:t>
      </w:r>
    </w:p>
    <w:p>
      <w:r>
        <w:t>This Statement of Work is accompanied by a written transfer of obligations under 21 CFR 312.52. The schedule below states which duties moved and which did not.</w:t>
      </w:r>
    </w:p>
    <w:p>
      <w:r>
        <w:t>⚠ The default is retention. An obligation not written down is not transferred — however clearly both parties believed otherwise, and however competently the CRO has been performing it. That inverts ordinary commercial intuition, where an ambiguity is a negotiation whose answer depends on the contract's construction. Here the answer is fixed in advance and it is always the same: silence means the Sponsor kept it.</w:t>
      </w:r>
    </w:p>
    <w:p>
      <w:r>
        <w:t>The corollary matters equally. Under 312.52(b) a CRO that assumes an obligation becomes subject to the same regulatory action as a Sponsor for failing it. Transfer is real; it is simply not implicit, and it is not a way of making a duty disappear.</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Obligation</w:t>
            </w:r>
          </w:p>
        </w:tc>
        <w:tc>
          <w:tcPr>
            <w:tcW w:type="dxa" w:w="2412"/>
          </w:tcPr>
          <w:p>
            <w:r>
              <w:rPr>
                <w:b/>
                <w:sz w:val="17"/>
              </w:rPr>
              <w:t>Citation</w:t>
            </w:r>
          </w:p>
        </w:tc>
        <w:tc>
          <w:tcPr>
            <w:tcW w:type="dxa" w:w="2412"/>
          </w:tcPr>
          <w:p>
            <w:r>
              <w:rPr>
                <w:b/>
                <w:sz w:val="17"/>
              </w:rPr>
              <w:t>Position</w:t>
            </w:r>
          </w:p>
        </w:tc>
        <w:tc>
          <w:tcPr>
            <w:tcW w:type="dxa" w:w="2412"/>
          </w:tcPr>
          <w:p>
            <w:r>
              <w:rPr>
                <w:b/>
                <w:sz w:val="17"/>
              </w:rPr>
              <w:t>Note</w:t>
            </w:r>
          </w:p>
        </w:tc>
      </w:tr>
      <w:tr>
        <w:tc>
          <w:tcPr>
            <w:tcW w:type="dxa" w:w="2412"/>
          </w:tcPr>
          <w:p>
            <w:r>
              <w:rPr>
                <w:sz w:val="17"/>
              </w:rPr>
              <w:t>Selecting qualified investigators</w:t>
            </w:r>
          </w:p>
        </w:tc>
        <w:tc>
          <w:tcPr>
            <w:tcW w:type="dxa" w:w="2412"/>
          </w:tcPr>
          <w:p>
            <w:r>
              <w:rPr>
                <w:sz w:val="17"/>
              </w:rPr>
              <w:t>312.53</w:t>
            </w:r>
          </w:p>
        </w:tc>
        <w:tc>
          <w:tcPr>
            <w:tcW w:type="dxa" w:w="2412"/>
          </w:tcPr>
          <w:p>
            <w:r>
              <w:rPr>
                <w:sz w:val="17"/>
              </w:rPr>
              <w:t>Transferred</w:t>
            </w:r>
          </w:p>
        </w:tc>
        <w:tc>
          <w:tcPr>
            <w:tcW w:type="dxa" w:w="2412"/>
          </w:tcPr>
          <w:p>
            <w:r>
              <w:rPr>
                <w:sz w:val="17"/>
              </w:rPr>
              <w:t>CRO identifies and qualifies; Sponsor approves the final site list.</w:t>
            </w:r>
          </w:p>
        </w:tc>
      </w:tr>
      <w:tr>
        <w:tc>
          <w:tcPr>
            <w:tcW w:type="dxa" w:w="2412"/>
          </w:tcPr>
          <w:p>
            <w:r>
              <w:rPr>
                <w:sz w:val="17"/>
              </w:rPr>
              <w:t>Shipping investigational product to sites</w:t>
            </w:r>
          </w:p>
        </w:tc>
        <w:tc>
          <w:tcPr>
            <w:tcW w:type="dxa" w:w="2412"/>
          </w:tcPr>
          <w:p>
            <w:r>
              <w:rPr>
                <w:sz w:val="17"/>
              </w:rPr>
              <w:t>312.59</w:t>
            </w:r>
          </w:p>
        </w:tc>
        <w:tc>
          <w:tcPr>
            <w:tcW w:type="dxa" w:w="2412"/>
          </w:tcPr>
          <w:p>
            <w:r>
              <w:rPr>
                <w:sz w:val="17"/>
              </w:rPr>
              <w:t>Transferred</w:t>
            </w:r>
          </w:p>
        </w:tc>
        <w:tc>
          <w:tcPr>
            <w:tcW w:type="dxa" w:w="2412"/>
          </w:tcPr>
          <w:p>
            <w:r>
              <w:rPr>
                <w:sz w:val="17"/>
              </w:rPr>
              <w:t>Including accountability records and return of unused supply.</w:t>
            </w:r>
          </w:p>
        </w:tc>
      </w:tr>
      <w:tr>
        <w:tc>
          <w:tcPr>
            <w:tcW w:type="dxa" w:w="2412"/>
          </w:tcPr>
          <w:p>
            <w:r>
              <w:rPr>
                <w:sz w:val="17"/>
              </w:rPr>
              <w:t>Monitoring the investigation</w:t>
            </w:r>
          </w:p>
        </w:tc>
        <w:tc>
          <w:tcPr>
            <w:tcW w:type="dxa" w:w="2412"/>
          </w:tcPr>
          <w:p>
            <w:r>
              <w:rPr>
                <w:sz w:val="17"/>
              </w:rPr>
              <w:t>312.56</w:t>
            </w:r>
          </w:p>
        </w:tc>
        <w:tc>
          <w:tcPr>
            <w:tcW w:type="dxa" w:w="2412"/>
          </w:tcPr>
          <w:p>
            <w:r>
              <w:rPr>
                <w:sz w:val="17"/>
              </w:rPr>
              <w:t>Transferred</w:t>
            </w:r>
          </w:p>
        </w:tc>
        <w:tc>
          <w:tcPr>
            <w:tcW w:type="dxa" w:w="2412"/>
          </w:tcPr>
          <w:p>
            <w:r>
              <w:rPr>
                <w:sz w:val="17"/>
              </w:rPr>
              <w:t>Under the risk-based model agreed with the Sponsor.</w:t>
            </w:r>
          </w:p>
        </w:tc>
      </w:tr>
      <w:tr>
        <w:tc>
          <w:tcPr>
            <w:tcW w:type="dxa" w:w="2412"/>
          </w:tcPr>
          <w:p>
            <w:r>
              <w:rPr>
                <w:sz w:val="17"/>
              </w:rPr>
              <w:t>Maintaining trial records</w:t>
            </w:r>
          </w:p>
        </w:tc>
        <w:tc>
          <w:tcPr>
            <w:tcW w:type="dxa" w:w="2412"/>
          </w:tcPr>
          <w:p>
            <w:r>
              <w:rPr>
                <w:sz w:val="17"/>
              </w:rPr>
              <w:t>312.57</w:t>
            </w:r>
          </w:p>
        </w:tc>
        <w:tc>
          <w:tcPr>
            <w:tcW w:type="dxa" w:w="2412"/>
          </w:tcPr>
          <w:p>
            <w:r>
              <w:rPr>
                <w:sz w:val="17"/>
              </w:rPr>
              <w:t>Transferred</w:t>
            </w:r>
          </w:p>
        </w:tc>
        <w:tc>
          <w:tcPr>
            <w:tcW w:type="dxa" w:w="2412"/>
          </w:tcPr>
          <w:p>
            <w:r>
              <w:rPr>
                <w:sz w:val="17"/>
              </w:rPr>
              <w:t>Sponsor retains right of access at any time, without notice.</w:t>
            </w:r>
          </w:p>
        </w:tc>
      </w:tr>
      <w:tr>
        <w:tc>
          <w:tcPr>
            <w:tcW w:type="dxa" w:w="2412"/>
          </w:tcPr>
          <w:p>
            <w:r>
              <w:rPr>
                <w:sz w:val="17"/>
              </w:rPr>
              <w:t>Conducting the investigation per protocol</w:t>
            </w:r>
          </w:p>
        </w:tc>
        <w:tc>
          <w:tcPr>
            <w:tcW w:type="dxa" w:w="2412"/>
          </w:tcPr>
          <w:p>
            <w:r>
              <w:rPr>
                <w:sz w:val="17"/>
              </w:rPr>
              <w:t>312.56</w:t>
            </w:r>
          </w:p>
        </w:tc>
        <w:tc>
          <w:tcPr>
            <w:tcW w:type="dxa" w:w="2412"/>
          </w:tcPr>
          <w:p>
            <w:r>
              <w:rPr>
                <w:sz w:val="17"/>
              </w:rPr>
              <w:t>Shared</w:t>
            </w:r>
          </w:p>
        </w:tc>
        <w:tc>
          <w:tcPr>
            <w:tcW w:type="dxa" w:w="2412"/>
          </w:tcPr>
          <w:p>
            <w:r>
              <w:rPr>
                <w:sz w:val="17"/>
              </w:rPr>
              <w:t>CRO executes; Sponsor retains protocol interpretation.</w:t>
            </w:r>
          </w:p>
        </w:tc>
      </w:tr>
      <w:tr>
        <w:tc>
          <w:tcPr>
            <w:tcW w:type="dxa" w:w="2412"/>
          </w:tcPr>
          <w:p>
            <w:r>
              <w:rPr>
                <w:sz w:val="17"/>
              </w:rPr>
              <w:t>IND maintenance and submissions</w:t>
            </w:r>
          </w:p>
        </w:tc>
        <w:tc>
          <w:tcPr>
            <w:tcW w:type="dxa" w:w="2412"/>
          </w:tcPr>
          <w:p>
            <w:r>
              <w:rPr>
                <w:sz w:val="17"/>
              </w:rPr>
              <w:t>312.31 / 312.33</w:t>
            </w:r>
          </w:p>
        </w:tc>
        <w:tc>
          <w:tcPr>
            <w:tcW w:type="dxa" w:w="2412"/>
          </w:tcPr>
          <w:p>
            <w:r>
              <w:rPr>
                <w:sz w:val="17"/>
              </w:rPr>
              <w:t>Retained</w:t>
            </w:r>
          </w:p>
        </w:tc>
        <w:tc>
          <w:tcPr>
            <w:tcW w:type="dxa" w:w="2412"/>
          </w:tcPr>
          <w:p>
            <w:r>
              <w:rPr>
                <w:sz w:val="17"/>
              </w:rPr>
              <w:t>The Sponsor is the IND holder. Not transferred.</w:t>
            </w:r>
          </w:p>
        </w:tc>
      </w:tr>
      <w:tr>
        <w:tc>
          <w:tcPr>
            <w:tcW w:type="dxa" w:w="2412"/>
          </w:tcPr>
          <w:p>
            <w:r>
              <w:rPr>
                <w:sz w:val="17"/>
              </w:rPr>
              <w:t>Safety reporting to FDA and investigators</w:t>
            </w:r>
          </w:p>
        </w:tc>
        <w:tc>
          <w:tcPr>
            <w:tcW w:type="dxa" w:w="2412"/>
          </w:tcPr>
          <w:p>
            <w:r>
              <w:rPr>
                <w:sz w:val="17"/>
              </w:rPr>
              <w:t>312.32</w:t>
            </w:r>
          </w:p>
        </w:tc>
        <w:tc>
          <w:tcPr>
            <w:tcW w:type="dxa" w:w="2412"/>
          </w:tcPr>
          <w:p>
            <w:r>
              <w:rPr>
                <w:sz w:val="17"/>
              </w:rPr>
              <w:t>Retained</w:t>
            </w:r>
          </w:p>
        </w:tc>
        <w:tc>
          <w:tcPr>
            <w:tcW w:type="dxa" w:w="2412"/>
          </w:tcPr>
          <w:p>
            <w:r>
              <w:rPr>
                <w:sz w:val="17"/>
              </w:rPr>
              <w:t>CRO collects and processes; the reporting obligation stays with the Sponsor.</w:t>
            </w:r>
          </w:p>
        </w:tc>
      </w:tr>
      <w:tr>
        <w:tc>
          <w:tcPr>
            <w:tcW w:type="dxa" w:w="2412"/>
          </w:tcPr>
          <w:p>
            <w:r>
              <w:rPr>
                <w:sz w:val="17"/>
              </w:rPr>
              <w:t>Informing investigators of new safety risks</w:t>
            </w:r>
          </w:p>
        </w:tc>
        <w:tc>
          <w:tcPr>
            <w:tcW w:type="dxa" w:w="2412"/>
          </w:tcPr>
          <w:p>
            <w:r>
              <w:rPr>
                <w:sz w:val="17"/>
              </w:rPr>
              <w:t>312.55</w:t>
            </w:r>
          </w:p>
        </w:tc>
        <w:tc>
          <w:tcPr>
            <w:tcW w:type="dxa" w:w="2412"/>
          </w:tcPr>
          <w:p>
            <w:r>
              <w:rPr>
                <w:sz w:val="17"/>
              </w:rPr>
              <w:t>Retained</w:t>
            </w:r>
          </w:p>
        </w:tc>
        <w:tc>
          <w:tcPr>
            <w:tcW w:type="dxa" w:w="2412"/>
          </w:tcPr>
          <w:p>
            <w:r>
              <w:rPr>
                <w:sz w:val="17"/>
              </w:rPr>
              <w:t>Content approved by the Sponsor medical monitor.</w:t>
            </w:r>
          </w:p>
        </w:tc>
      </w:tr>
      <w:tr>
        <w:tc>
          <w:tcPr>
            <w:tcW w:type="dxa" w:w="2412"/>
          </w:tcPr>
          <w:p>
            <w:r>
              <w:rPr>
                <w:sz w:val="17"/>
              </w:rPr>
              <w:t>Selecting the general investigational plan</w:t>
            </w:r>
          </w:p>
        </w:tc>
        <w:tc>
          <w:tcPr>
            <w:tcW w:type="dxa" w:w="2412"/>
          </w:tcPr>
          <w:p>
            <w:r>
              <w:rPr>
                <w:sz w:val="17"/>
              </w:rPr>
              <w:t>312.23</w:t>
            </w:r>
          </w:p>
        </w:tc>
        <w:tc>
          <w:tcPr>
            <w:tcW w:type="dxa" w:w="2412"/>
          </w:tcPr>
          <w:p>
            <w:r>
              <w:rPr>
                <w:sz w:val="17"/>
              </w:rPr>
              <w:t>Retained</w:t>
            </w:r>
          </w:p>
        </w:tc>
        <w:tc>
          <w:tcPr>
            <w:tcW w:type="dxa" w:w="2412"/>
          </w:tcPr>
          <w:p>
            <w:r>
              <w:rPr>
                <w:sz w:val="17"/>
              </w:rPr>
              <w:t>Sponsor duty.</w:t>
            </w:r>
          </w:p>
        </w:tc>
      </w:tr>
    </w:tbl>
    <w:p/>
    <w:p>
      <w:pPr>
        <w:spacing w:before="200"/>
      </w:pPr>
      <w:r>
        <w:rPr>
          <w:b/>
          <w:color w:val="2B5F8E"/>
          <w:sz w:val="23"/>
        </w:rPr>
        <w:t>12 · Governing Agreement</w:t>
      </w:r>
    </w:p>
    <w:p>
      <w:r>
        <w:t>This Statement of Work is issued under the Master Services Agreement and creates no rights independent of it. Warranty, limitation of liability, intellectual property, confidentiality, insurance, indemnity and dispute resolution are governed by the MSA and are not restated here. Restating them invites the two documents to disagree.</w:t>
      </w:r>
    </w:p>
    <w:p>
      <w:r>
        <w:t>Three instruments prevail over this Statement of Work on the matters they address: the written transfer of regulatory obligations under 312.52; the Pharmacovigilance Agreement, on safety data exchange; and the Quality Agreement where investigational product handling is engaged. The rate card annexed to the MSA governs change orders. Where this SOW and the MSA conflict on commercial terms the MSA prevails; on scope, deliverables and acceptance, this SOW does.</w:t>
      </w:r>
    </w:p>
    <w:p>
      <w:pPr>
        <w:spacing w:before="200"/>
      </w:pPr>
      <w:r>
        <w:rPr>
          <w:b/>
          <w:color w:val="2B5F8E"/>
          <w:sz w:val="23"/>
        </w:rPr>
        <w:t>13 · Approval</w:t>
      </w:r>
    </w:p>
    <w:p>
      <w:r>
        <w:t>⚠ A gate outcome is a Committee decision, minuted, and is not subject to reversal by any individual member including the Executive Sponsor. This work package is released against that decision; the table below records it rather than replacing it with signatures. The Program Director chairs and does not vote.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Name</w:t>
            </w:r>
          </w:p>
        </w:tc>
        <w:tc>
          <w:tcPr>
            <w:tcW w:type="dxa" w:w="3216"/>
          </w:tcPr>
          <w:p>
            <w:r>
              <w:rPr>
                <w:b/>
                <w:sz w:val="17"/>
              </w:rPr>
              <w:t>Seat</w:t>
            </w:r>
          </w:p>
        </w:tc>
        <w:tc>
          <w:tcPr>
            <w:tcW w:type="dxa" w:w="3216"/>
          </w:tcPr>
          <w:p>
            <w:r>
              <w:rPr>
                <w:b/>
                <w:sz w:val="17"/>
              </w:rPr>
              <w:t>Basis of decision</w:t>
            </w:r>
          </w:p>
        </w:tc>
      </w:tr>
      <w:tr>
        <w:tc>
          <w:tcPr>
            <w:tcW w:type="dxa" w:w="3216"/>
          </w:tcPr>
          <w:p>
            <w:r>
              <w:rPr>
                <w:sz w:val="17"/>
              </w:rPr>
              <w:t>Dr. A. Okoye</w:t>
            </w:r>
          </w:p>
        </w:tc>
        <w:tc>
          <w:tcPr>
            <w:tcW w:type="dxa" w:w="3216"/>
          </w:tcPr>
          <w:p>
            <w:r>
              <w:rPr>
                <w:sz w:val="17"/>
              </w:rPr>
              <w:t>Chief Medical Officer — Executive Sponsor</w:t>
            </w:r>
          </w:p>
        </w:tc>
        <w:tc>
          <w:tcPr>
            <w:tcW w:type="dxa" w:w="3216"/>
          </w:tcPr>
          <w:p>
            <w:r>
              <w:rPr>
                <w:sz w:val="17"/>
              </w:rPr>
              <w:t>Commercial commitment and medical acceptability</w:t>
            </w:r>
          </w:p>
        </w:tc>
      </w:tr>
      <w:tr>
        <w:tc>
          <w:tcPr>
            <w:tcW w:type="dxa" w:w="3216"/>
          </w:tcPr>
          <w:p>
            <w:r>
              <w:rPr>
                <w:sz w:val="17"/>
              </w:rPr>
              <w:t>Dr. P. Raghunathan</w:t>
            </w:r>
          </w:p>
        </w:tc>
        <w:tc>
          <w:tcPr>
            <w:tcW w:type="dxa" w:w="3216"/>
          </w:tcPr>
          <w:p>
            <w:r>
              <w:rPr>
                <w:sz w:val="17"/>
              </w:rPr>
              <w:t>SVP, Regulatory Strategy</w:t>
            </w:r>
          </w:p>
        </w:tc>
        <w:tc>
          <w:tcPr>
            <w:tcW w:type="dxa" w:w="3216"/>
          </w:tcPr>
          <w:p>
            <w:r>
              <w:rPr>
                <w:sz w:val="17"/>
              </w:rPr>
              <w:t>Transfer schedule and retained obligations</w:t>
            </w:r>
          </w:p>
        </w:tc>
      </w:tr>
      <w:tr>
        <w:tc>
          <w:tcPr>
            <w:tcW w:type="dxa" w:w="3216"/>
          </w:tcPr>
          <w:p>
            <w:r>
              <w:rPr>
                <w:sz w:val="17"/>
              </w:rPr>
              <w:t>Dr. I. Solberg</w:t>
            </w:r>
          </w:p>
        </w:tc>
        <w:tc>
          <w:tcPr>
            <w:tcW w:type="dxa" w:w="3216"/>
          </w:tcPr>
          <w:p>
            <w:r>
              <w:rPr>
                <w:sz w:val="17"/>
              </w:rPr>
              <w:t>Chief Quality Officer (observer, no vote)</w:t>
            </w:r>
          </w:p>
        </w:tc>
        <w:tc>
          <w:tcPr>
            <w:tcW w:type="dxa" w:w="3216"/>
          </w:tcPr>
          <w:p>
            <w:r>
              <w:rPr>
                <w:sz w:val="17"/>
              </w:rPr>
              <w:t>Inspection readiness and audit rights</w:t>
            </w:r>
          </w:p>
        </w:tc>
      </w:tr>
      <w:tr>
        <w:tc>
          <w:tcPr>
            <w:tcW w:type="dxa" w:w="3216"/>
          </w:tcPr>
          <w:p>
            <w:r>
              <w:rPr>
                <w:sz w:val="17"/>
              </w:rPr>
              <w:t>C. Tyrrell</w:t>
            </w:r>
          </w:p>
        </w:tc>
        <w:tc>
          <w:tcPr>
            <w:tcW w:type="dxa" w:w="3216"/>
          </w:tcPr>
          <w:p>
            <w:r>
              <w:rPr>
                <w:sz w:val="17"/>
              </w:rPr>
              <w:t>Program Director — Chair, no vote</w:t>
            </w:r>
          </w:p>
        </w:tc>
        <w:tc>
          <w:tcPr>
            <w:tcW w:type="dxa" w:w="3216"/>
          </w:tcPr>
          <w:p>
            <w:r>
              <w:rPr>
                <w:sz w:val="17"/>
              </w:rPr>
              <w:t>Scope, schedule and tranche release</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